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0"/>
      </w:tblGrid>
      <w:tr w:rsidR="007D55DC" w:rsidRPr="00684097" w14:paraId="6CDC0853" w14:textId="77777777" w:rsidTr="00684097">
        <w:trPr>
          <w:cantSplit/>
          <w:jc w:val="center"/>
        </w:trPr>
        <w:tc>
          <w:tcPr>
            <w:tcW w:w="9640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EEF3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37A5C0A3" w14:textId="49E79436" w:rsidR="007D55DC" w:rsidRPr="001570E0" w:rsidRDefault="00186A76" w:rsidP="001570E0">
            <w:pPr>
              <w:jc w:val="both"/>
              <w:rPr>
                <w:sz w:val="22"/>
              </w:rPr>
            </w:pPr>
            <w:r w:rsidRPr="001570E0">
              <w:rPr>
                <w:sz w:val="22"/>
              </w:rPr>
              <w:t xml:space="preserve">Formularz służy do zgłoszenia przez </w:t>
            </w:r>
            <w:r w:rsidR="00684097" w:rsidRPr="001570E0">
              <w:rPr>
                <w:sz w:val="22"/>
              </w:rPr>
              <w:t>o</w:t>
            </w:r>
            <w:r w:rsidRPr="001570E0">
              <w:rPr>
                <w:sz w:val="22"/>
              </w:rPr>
              <w:t>rganizatora chęci zorganizowania akcji honorowego oddawania krwi oraz zebrania podstawowych informacji niezbędnych do jej przygotowania.</w:t>
            </w:r>
          </w:p>
        </w:tc>
      </w:tr>
    </w:tbl>
    <w:p w14:paraId="5038538F" w14:textId="77777777" w:rsidR="007D55DC" w:rsidRPr="00684097" w:rsidRDefault="00186A76">
      <w:pPr>
        <w:spacing w:before="100" w:after="60"/>
        <w:rPr>
          <w:sz w:val="24"/>
          <w:szCs w:val="24"/>
        </w:rPr>
      </w:pPr>
      <w:r w:rsidRPr="00684097">
        <w:rPr>
          <w:rFonts w:ascii="Segoe UI Semibold" w:eastAsia="Segoe UI Semibold" w:hAnsi="Segoe UI Semibold"/>
          <w:b/>
          <w:color w:val="243447"/>
          <w:sz w:val="24"/>
          <w:szCs w:val="24"/>
        </w:rPr>
        <w:t>1. DANE AKCJI KRWIODAWSTWA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2948"/>
        <w:gridCol w:w="2324"/>
        <w:gridCol w:w="2154"/>
      </w:tblGrid>
      <w:tr w:rsidR="00684097" w:rsidRPr="00684097" w14:paraId="1852B29C" w14:textId="77777777" w:rsidTr="00C17E98">
        <w:trPr>
          <w:cantSplit/>
          <w:jc w:val="center"/>
        </w:trPr>
        <w:tc>
          <w:tcPr>
            <w:tcW w:w="187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EEF3F7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BEA7516" w14:textId="77777777" w:rsidR="00684097" w:rsidRPr="00684097" w:rsidRDefault="00684097">
            <w:r w:rsidRPr="00684097">
              <w:rPr>
                <w:b/>
              </w:rPr>
              <w:t>Rodzaj akcji</w:t>
            </w:r>
          </w:p>
        </w:tc>
        <w:tc>
          <w:tcPr>
            <w:tcW w:w="7426" w:type="dxa"/>
            <w:gridSpan w:val="3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E5894E3" w14:textId="77777777" w:rsidR="00684097" w:rsidRDefault="00684097">
            <w:r w:rsidRPr="00684097">
              <w:t>☐ stacjonarna</w:t>
            </w:r>
          </w:p>
          <w:p w14:paraId="65D78693" w14:textId="5754BABB" w:rsidR="00684097" w:rsidRPr="00684097" w:rsidRDefault="00684097">
            <w:r w:rsidRPr="00684097">
              <w:rPr>
                <w:rFonts w:ascii="Segoe UI Symbol" w:hAnsi="Segoe UI Symbol" w:cs="Segoe UI Symbol"/>
              </w:rPr>
              <w:t>☐</w:t>
            </w:r>
            <w:r w:rsidRPr="00684097">
              <w:t xml:space="preserve"> </w:t>
            </w:r>
            <w:r>
              <w:t xml:space="preserve">ambulans </w:t>
            </w:r>
          </w:p>
        </w:tc>
      </w:tr>
      <w:tr w:rsidR="007D55DC" w:rsidRPr="00684097" w14:paraId="19AB753F" w14:textId="77777777" w:rsidTr="001570E0">
        <w:trPr>
          <w:cantSplit/>
          <w:trHeight w:val="974"/>
          <w:jc w:val="center"/>
        </w:trPr>
        <w:tc>
          <w:tcPr>
            <w:tcW w:w="187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EEF3F7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79AD228" w14:textId="77777777" w:rsidR="007D55DC" w:rsidRPr="00684097" w:rsidRDefault="00186A76">
            <w:r w:rsidRPr="00684097">
              <w:rPr>
                <w:b/>
              </w:rPr>
              <w:t>Data akcji</w:t>
            </w:r>
          </w:p>
        </w:tc>
        <w:tc>
          <w:tcPr>
            <w:tcW w:w="2948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97D06F2" w14:textId="21BD0192" w:rsidR="007D55DC" w:rsidRPr="00684097" w:rsidRDefault="007D55DC"/>
        </w:tc>
        <w:tc>
          <w:tcPr>
            <w:tcW w:w="232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EEF3F7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C805784" w14:textId="3F40FCF0" w:rsidR="007D55DC" w:rsidRPr="00684097" w:rsidRDefault="008D17BE">
            <w:r>
              <w:rPr>
                <w:b/>
              </w:rPr>
              <w:t xml:space="preserve">Planowane godziny akcji poboru krwi </w:t>
            </w:r>
          </w:p>
        </w:tc>
        <w:tc>
          <w:tcPr>
            <w:tcW w:w="215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D6A0A28" w14:textId="5D91B220" w:rsidR="001570E0" w:rsidRDefault="008D17BE">
            <w:r>
              <w:t>o</w:t>
            </w:r>
            <w:r w:rsidR="00186A76" w:rsidRPr="00684097">
              <w:t>d</w:t>
            </w:r>
            <w:r w:rsidR="001570E0">
              <w:t xml:space="preserve">              do </w:t>
            </w:r>
          </w:p>
          <w:p w14:paraId="42AA487B" w14:textId="253A7837" w:rsidR="001570E0" w:rsidRPr="001570E0" w:rsidRDefault="001570E0">
            <w:pPr>
              <w:rPr>
                <w:sz w:val="16"/>
                <w:szCs w:val="16"/>
              </w:rPr>
            </w:pPr>
            <w:r w:rsidRPr="001570E0">
              <w:rPr>
                <w:sz w:val="16"/>
                <w:szCs w:val="16"/>
              </w:rPr>
              <w:t>*standardowy czas trwania akcji: ok. 3–4 godz.</w:t>
            </w:r>
          </w:p>
        </w:tc>
      </w:tr>
      <w:tr w:rsidR="007D55DC" w:rsidRPr="00684097" w14:paraId="59F4002A" w14:textId="77777777">
        <w:trPr>
          <w:cantSplit/>
          <w:jc w:val="center"/>
        </w:trPr>
        <w:tc>
          <w:tcPr>
            <w:tcW w:w="187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EEF3F7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1BDAE34" w14:textId="77777777" w:rsidR="007D55DC" w:rsidRPr="00684097" w:rsidRDefault="00186A76">
            <w:r w:rsidRPr="00684097">
              <w:rPr>
                <w:b/>
              </w:rPr>
              <w:t>Przewidywana liczba Dawców</w:t>
            </w:r>
          </w:p>
        </w:tc>
        <w:tc>
          <w:tcPr>
            <w:tcW w:w="2948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4D0E332" w14:textId="77777777" w:rsidR="007D55DC" w:rsidRPr="00684097" w:rsidRDefault="00186A76">
            <w:r w:rsidRPr="00684097">
              <w:rPr>
                <w:b/>
                <w:color w:val="C62828"/>
              </w:rPr>
              <w:t>MINIMUM 20 OSÓB</w:t>
            </w:r>
          </w:p>
        </w:tc>
        <w:tc>
          <w:tcPr>
            <w:tcW w:w="232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EEF3F7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CA8DAFE" w14:textId="77777777" w:rsidR="007D55DC" w:rsidRPr="00684097" w:rsidRDefault="00186A76">
            <w:r w:rsidRPr="00684097">
              <w:rPr>
                <w:b/>
              </w:rPr>
              <w:t>Czy akcja jest organizowana po raz pierwszy?</w:t>
            </w:r>
          </w:p>
        </w:tc>
        <w:tc>
          <w:tcPr>
            <w:tcW w:w="215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4E61659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</w:tbl>
    <w:p w14:paraId="00B72F11" w14:textId="77777777" w:rsidR="007D55DC" w:rsidRPr="00684097" w:rsidRDefault="00186A76">
      <w:pPr>
        <w:spacing w:before="100" w:after="60"/>
      </w:pPr>
      <w:r w:rsidRPr="00684097">
        <w:rPr>
          <w:rFonts w:ascii="Segoe UI Semibold" w:eastAsia="Segoe UI Semibold" w:hAnsi="Segoe UI Semibold"/>
          <w:b/>
          <w:color w:val="243447"/>
          <w:sz w:val="22"/>
        </w:rPr>
        <w:t>2. MIEJSCE AKCJI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7D55DC" w:rsidRPr="00684097" w14:paraId="64FD338E" w14:textId="77777777">
        <w:trPr>
          <w:cantSplit/>
          <w:jc w:val="center"/>
        </w:trPr>
        <w:tc>
          <w:tcPr>
            <w:tcW w:w="2835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EEF3F7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E95508F" w14:textId="77777777" w:rsidR="007D55DC" w:rsidRPr="00684097" w:rsidRDefault="00186A76">
            <w:r w:rsidRPr="00684097">
              <w:rPr>
                <w:rFonts w:ascii="Segoe UI Semibold" w:hAnsi="Segoe UI Semibold"/>
                <w:b/>
              </w:rPr>
              <w:t>Nazwa miejsca / instytucji</w:t>
            </w:r>
          </w:p>
        </w:tc>
        <w:tc>
          <w:tcPr>
            <w:tcW w:w="6803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14025F7" w14:textId="35C869F5" w:rsidR="007D55DC" w:rsidRPr="00684097" w:rsidRDefault="007D55DC"/>
        </w:tc>
      </w:tr>
      <w:tr w:rsidR="007D55DC" w:rsidRPr="00684097" w14:paraId="69DF736B" w14:textId="77777777">
        <w:trPr>
          <w:cantSplit/>
          <w:jc w:val="center"/>
        </w:trPr>
        <w:tc>
          <w:tcPr>
            <w:tcW w:w="2835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EEF3F7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0AFC755" w14:textId="77777777" w:rsidR="007D55DC" w:rsidRPr="00684097" w:rsidRDefault="00186A76">
            <w:r w:rsidRPr="00684097">
              <w:rPr>
                <w:rFonts w:ascii="Segoe UI Semibold" w:hAnsi="Segoe UI Semibold"/>
                <w:b/>
              </w:rPr>
              <w:t>Miejscowość</w:t>
            </w:r>
          </w:p>
        </w:tc>
        <w:tc>
          <w:tcPr>
            <w:tcW w:w="6803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27EE9E2" w14:textId="6495A103" w:rsidR="007D55DC" w:rsidRPr="00684097" w:rsidRDefault="007D55DC"/>
        </w:tc>
      </w:tr>
      <w:tr w:rsidR="007D55DC" w:rsidRPr="00684097" w14:paraId="2C375123" w14:textId="77777777">
        <w:trPr>
          <w:cantSplit/>
          <w:jc w:val="center"/>
        </w:trPr>
        <w:tc>
          <w:tcPr>
            <w:tcW w:w="2835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EEF3F7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C5BB46D" w14:textId="77777777" w:rsidR="007D55DC" w:rsidRPr="00684097" w:rsidRDefault="00186A76">
            <w:r w:rsidRPr="00684097">
              <w:rPr>
                <w:rFonts w:ascii="Segoe UI Semibold" w:hAnsi="Segoe UI Semibold"/>
                <w:b/>
              </w:rPr>
              <w:t>Kod pocztowy</w:t>
            </w:r>
          </w:p>
        </w:tc>
        <w:tc>
          <w:tcPr>
            <w:tcW w:w="6803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5258A4C" w14:textId="5B4ED518" w:rsidR="007D55DC" w:rsidRPr="00684097" w:rsidRDefault="007D55DC"/>
        </w:tc>
      </w:tr>
      <w:tr w:rsidR="007D55DC" w:rsidRPr="00684097" w14:paraId="0FAD1A1F" w14:textId="77777777">
        <w:trPr>
          <w:cantSplit/>
          <w:jc w:val="center"/>
        </w:trPr>
        <w:tc>
          <w:tcPr>
            <w:tcW w:w="2835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EEF3F7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1308926" w14:textId="77777777" w:rsidR="007D55DC" w:rsidRPr="00684097" w:rsidRDefault="00186A76">
            <w:r w:rsidRPr="00684097">
              <w:rPr>
                <w:rFonts w:ascii="Segoe UI Semibold" w:hAnsi="Segoe UI Semibold"/>
                <w:b/>
              </w:rPr>
              <w:t>Ulica, nr</w:t>
            </w:r>
          </w:p>
        </w:tc>
        <w:tc>
          <w:tcPr>
            <w:tcW w:w="6803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E0A640D" w14:textId="7A51CDDC" w:rsidR="007D55DC" w:rsidRPr="00684097" w:rsidRDefault="007D55DC"/>
        </w:tc>
      </w:tr>
    </w:tbl>
    <w:p w14:paraId="7ECFD11A" w14:textId="77777777" w:rsidR="007D55DC" w:rsidRPr="00684097" w:rsidRDefault="00186A76">
      <w:pPr>
        <w:spacing w:before="100" w:after="60"/>
      </w:pPr>
      <w:r w:rsidRPr="00684097">
        <w:rPr>
          <w:rFonts w:ascii="Segoe UI Semibold" w:eastAsia="Segoe UI Semibold" w:hAnsi="Segoe UI Semibold"/>
          <w:b/>
          <w:color w:val="243447"/>
          <w:sz w:val="22"/>
        </w:rPr>
        <w:t>3. DANE ORGANIZATORA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7D55DC" w:rsidRPr="00684097" w14:paraId="34C05A66" w14:textId="77777777">
        <w:trPr>
          <w:cantSplit/>
          <w:jc w:val="center"/>
        </w:trPr>
        <w:tc>
          <w:tcPr>
            <w:tcW w:w="2835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EEF3F7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595DB58" w14:textId="77777777" w:rsidR="007D55DC" w:rsidRPr="00684097" w:rsidRDefault="00186A76">
            <w:r w:rsidRPr="00684097">
              <w:rPr>
                <w:rFonts w:ascii="Segoe UI Semibold" w:hAnsi="Segoe UI Semibold"/>
                <w:b/>
              </w:rPr>
              <w:t>Imię i nazwisko</w:t>
            </w:r>
          </w:p>
        </w:tc>
        <w:tc>
          <w:tcPr>
            <w:tcW w:w="6803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10C6D0C" w14:textId="2F537074" w:rsidR="007D55DC" w:rsidRPr="00684097" w:rsidRDefault="007D55DC"/>
        </w:tc>
      </w:tr>
      <w:tr w:rsidR="007D55DC" w:rsidRPr="00684097" w14:paraId="378D0934" w14:textId="77777777">
        <w:trPr>
          <w:cantSplit/>
          <w:jc w:val="center"/>
        </w:trPr>
        <w:tc>
          <w:tcPr>
            <w:tcW w:w="2835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EEF3F7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258CA41" w14:textId="77777777" w:rsidR="007D55DC" w:rsidRPr="00684097" w:rsidRDefault="00186A76">
            <w:r w:rsidRPr="00684097">
              <w:rPr>
                <w:rFonts w:ascii="Segoe UI Semibold" w:hAnsi="Segoe UI Semibold"/>
                <w:b/>
              </w:rPr>
              <w:t>Telefon / e-mail</w:t>
            </w:r>
          </w:p>
        </w:tc>
        <w:tc>
          <w:tcPr>
            <w:tcW w:w="6803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353F93B" w14:textId="2F0DCB9D" w:rsidR="007D55DC" w:rsidRPr="00684097" w:rsidRDefault="007D55DC"/>
        </w:tc>
      </w:tr>
      <w:tr w:rsidR="007D55DC" w:rsidRPr="00684097" w14:paraId="05DE1C4C" w14:textId="77777777">
        <w:trPr>
          <w:cantSplit/>
          <w:jc w:val="center"/>
        </w:trPr>
        <w:tc>
          <w:tcPr>
            <w:tcW w:w="2835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EEF3F7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8A6CF48" w14:textId="77777777" w:rsidR="007D55DC" w:rsidRPr="00684097" w:rsidRDefault="00186A76">
            <w:r w:rsidRPr="00684097">
              <w:rPr>
                <w:rFonts w:ascii="Segoe UI Semibold" w:hAnsi="Segoe UI Semibold"/>
                <w:b/>
              </w:rPr>
              <w:t>Drugi Organizator (zalecany)</w:t>
            </w:r>
          </w:p>
        </w:tc>
        <w:tc>
          <w:tcPr>
            <w:tcW w:w="6803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26ACA41" w14:textId="3F4905B9" w:rsidR="007D55DC" w:rsidRPr="00684097" w:rsidRDefault="007D55DC"/>
        </w:tc>
      </w:tr>
      <w:tr w:rsidR="007D55DC" w:rsidRPr="00684097" w14:paraId="669F6926" w14:textId="77777777">
        <w:trPr>
          <w:cantSplit/>
          <w:jc w:val="center"/>
        </w:trPr>
        <w:tc>
          <w:tcPr>
            <w:tcW w:w="2835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EEF3F7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4F04CAD" w14:textId="77777777" w:rsidR="007D55DC" w:rsidRPr="00684097" w:rsidRDefault="00186A76">
            <w:r w:rsidRPr="00684097">
              <w:rPr>
                <w:rFonts w:ascii="Segoe UI Semibold" w:hAnsi="Segoe UI Semibold"/>
                <w:b/>
              </w:rPr>
              <w:t>Telefon / e-mail</w:t>
            </w:r>
          </w:p>
        </w:tc>
        <w:tc>
          <w:tcPr>
            <w:tcW w:w="6803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1BA641D" w14:textId="6F6D732E" w:rsidR="007D55DC" w:rsidRPr="00684097" w:rsidRDefault="007D55DC"/>
        </w:tc>
      </w:tr>
    </w:tbl>
    <w:p w14:paraId="63B41C9D" w14:textId="77777777" w:rsidR="007D55DC" w:rsidRPr="00684097" w:rsidRDefault="00186A76">
      <w:pPr>
        <w:spacing w:after="40"/>
        <w:rPr>
          <w:b/>
          <w:bCs/>
          <w:color w:val="auto"/>
        </w:rPr>
      </w:pPr>
      <w:r w:rsidRPr="00684097">
        <w:rPr>
          <w:b/>
          <w:color w:val="C62828"/>
        </w:rPr>
        <w:t xml:space="preserve">Ważne: </w:t>
      </w:r>
      <w:r w:rsidRPr="00684097">
        <w:t xml:space="preserve">Warunkiem zgłoszenia akcji jest przewidywana </w:t>
      </w:r>
      <w:r w:rsidRPr="00684097">
        <w:rPr>
          <w:b/>
          <w:bCs/>
          <w:color w:val="auto"/>
        </w:rPr>
        <w:t>obecność minimum 20 osób chętnych do oddania krwi.</w:t>
      </w:r>
    </w:p>
    <w:p w14:paraId="0FBAB1AB" w14:textId="77777777" w:rsidR="007D55DC" w:rsidRPr="00684097" w:rsidRDefault="00186A76">
      <w:r w:rsidRPr="00684097">
        <w:br w:type="page"/>
      </w:r>
    </w:p>
    <w:p w14:paraId="083E9F8D" w14:textId="60DC3E7E" w:rsidR="007D55DC" w:rsidRPr="00684097" w:rsidRDefault="008D17BE">
      <w:pPr>
        <w:spacing w:before="100" w:after="60"/>
      </w:pPr>
      <w:r>
        <w:rPr>
          <w:rFonts w:ascii="Segoe UI Semibold" w:eastAsia="Segoe UI Semibold" w:hAnsi="Segoe UI Semibold"/>
          <w:b/>
          <w:color w:val="243447"/>
          <w:sz w:val="24"/>
        </w:rPr>
        <w:lastRenderedPageBreak/>
        <w:t>4</w:t>
      </w:r>
      <w:r w:rsidR="00186A76" w:rsidRPr="00684097">
        <w:rPr>
          <w:rFonts w:ascii="Segoe UI Semibold" w:eastAsia="Segoe UI Semibold" w:hAnsi="Segoe UI Semibold"/>
          <w:b/>
          <w:color w:val="243447"/>
          <w:sz w:val="24"/>
        </w:rPr>
        <w:t>. PRZYGOTOWANIE MIEJSCA AKCJI</w:t>
      </w:r>
    </w:p>
    <w:p w14:paraId="657BA110" w14:textId="77777777" w:rsidR="007D55DC" w:rsidRPr="00684097" w:rsidRDefault="00186A76">
      <w:pPr>
        <w:spacing w:after="100"/>
      </w:pPr>
      <w:r w:rsidRPr="00684097">
        <w:t>Prosimy zaznaczyć informacje dotyczące warunków organizacyjnych właściwych dla wybranego rodzaju akcji.</w:t>
      </w:r>
    </w:p>
    <w:p w14:paraId="52DECF88" w14:textId="77777777" w:rsidR="007D55DC" w:rsidRPr="00684097" w:rsidRDefault="00186A76">
      <w:pPr>
        <w:spacing w:before="100" w:after="60"/>
      </w:pPr>
      <w:r w:rsidRPr="00684097">
        <w:rPr>
          <w:rFonts w:ascii="Segoe UI Semibold" w:eastAsia="Segoe UI Semibold" w:hAnsi="Segoe UI Semibold"/>
          <w:b/>
          <w:color w:val="C62828"/>
          <w:sz w:val="21"/>
        </w:rPr>
        <w:t>A. AKCJA STACJONARNA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91"/>
        <w:gridCol w:w="1814"/>
      </w:tblGrid>
      <w:tr w:rsidR="007D55DC" w:rsidRPr="00684097" w14:paraId="08AD55F6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CC83C0" w14:textId="77777777" w:rsidR="007D55DC" w:rsidRPr="00684097" w:rsidRDefault="00186A76">
            <w:r w:rsidRPr="00684097">
              <w:t>1. Uzyskanie zgody zarządcy budynku na zorganizowanie akcji krwiodawstwa.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E73371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7C0B4BA0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C78505" w14:textId="77777777" w:rsidR="007D55DC" w:rsidRPr="00684097" w:rsidRDefault="00186A76">
            <w:r w:rsidRPr="00684097">
              <w:t>2. Zapewnienie dostępności odpowiedniego pomieszczenia w dniu akcji.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471C09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7F4C422A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612878" w14:textId="77777777" w:rsidR="007D55DC" w:rsidRPr="00684097" w:rsidRDefault="00186A76">
            <w:r w:rsidRPr="00684097">
              <w:t>3. Przesłanie 2–3 zdjęć pomieszczenia, w którym odbędzie się akcja.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5A5A70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4BF3786E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935067" w14:textId="77777777" w:rsidR="007D55DC" w:rsidRPr="00684097" w:rsidRDefault="00186A76">
            <w:r w:rsidRPr="00684097">
              <w:t>4. Przygotowanie pomieszczenia przed akcją z zachowaniem zasad higieny oraz uporządkowanie go po zakończeniu akcji.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803EBB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58DCEAF4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5FEE66" w14:textId="77777777" w:rsidR="007D55DC" w:rsidRPr="00684097" w:rsidRDefault="00186A76">
            <w:r w:rsidRPr="00684097">
              <w:t>5. Zapewnienie miejsca parkingowego dla samochodu transportowego RCKiK w Opolu.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49A21C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3855BF0B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2E8A3A" w14:textId="77777777" w:rsidR="007D55DC" w:rsidRPr="00684097" w:rsidRDefault="00186A76">
            <w:r w:rsidRPr="00684097">
              <w:t>6. Zapewnienie dostępu do źródła prądu.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79A903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733078BB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8ED280" w14:textId="77777777" w:rsidR="007D55DC" w:rsidRPr="00684097" w:rsidRDefault="00186A76">
            <w:r w:rsidRPr="00684097">
              <w:t>7. Zapewnienie dostępności toalety oraz podstawowych środków higieny.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2E599C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089DE343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948D94" w14:textId="77777777" w:rsidR="007D55DC" w:rsidRPr="00684097" w:rsidRDefault="00186A76">
            <w:r w:rsidRPr="00684097">
              <w:t>8. Obecność Organizatora w czasie akcji lub wskazanie osoby zastępującej.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08331E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</w:tbl>
    <w:p w14:paraId="2C244141" w14:textId="77777777" w:rsidR="007D55DC" w:rsidRPr="00684097" w:rsidRDefault="00186A76">
      <w:pPr>
        <w:spacing w:after="60"/>
      </w:pPr>
      <w:r w:rsidRPr="00684097">
        <w:rPr>
          <w:b/>
          <w:color w:val="243447"/>
        </w:rPr>
        <w:t>Warunki dodatkowe – akcja stacjonarna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91"/>
        <w:gridCol w:w="1814"/>
      </w:tblGrid>
      <w:tr w:rsidR="007D55DC" w:rsidRPr="00684097" w14:paraId="73E48D57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E83222" w14:textId="77777777" w:rsidR="007D55DC" w:rsidRPr="00684097" w:rsidRDefault="00186A76">
            <w:r w:rsidRPr="00684097">
              <w:t>Stoły i krzesła (po 6–8 sztuk)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D7FBD3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32527A2B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0F2B95" w14:textId="77777777" w:rsidR="007D55DC" w:rsidRPr="00684097" w:rsidRDefault="00186A76">
            <w:r w:rsidRPr="00684097">
              <w:t>Pomieszczenie do wypełniania kwestionariuszy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07B90A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6D0AA503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258CAE" w14:textId="77777777" w:rsidR="007D55DC" w:rsidRPr="00684097" w:rsidRDefault="00186A76">
            <w:r w:rsidRPr="00684097">
              <w:t>Dostęp do Wi‑Fi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92A682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4F8AD834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69517C" w14:textId="77777777" w:rsidR="007D55DC" w:rsidRPr="00684097" w:rsidRDefault="00186A76">
            <w:r w:rsidRPr="00684097">
              <w:t>Oświetlenie dzienne (okna)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67E360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</w:tbl>
    <w:p w14:paraId="1C952653" w14:textId="1F96A9A4" w:rsidR="007D55DC" w:rsidRPr="00684097" w:rsidRDefault="00186A76">
      <w:pPr>
        <w:spacing w:before="100" w:after="60"/>
      </w:pPr>
      <w:r w:rsidRPr="00684097">
        <w:rPr>
          <w:rFonts w:ascii="Segoe UI Semibold" w:eastAsia="Segoe UI Semibold" w:hAnsi="Segoe UI Semibold"/>
          <w:b/>
          <w:color w:val="C62828"/>
          <w:sz w:val="21"/>
        </w:rPr>
        <w:t xml:space="preserve">B. AKCJA </w:t>
      </w:r>
      <w:r w:rsidR="001570E0">
        <w:rPr>
          <w:rFonts w:ascii="Segoe UI Semibold" w:eastAsia="Segoe UI Semibold" w:hAnsi="Segoe UI Semibold"/>
          <w:b/>
          <w:color w:val="C62828"/>
          <w:sz w:val="21"/>
        </w:rPr>
        <w:t xml:space="preserve">W AMBULANSIE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91"/>
        <w:gridCol w:w="1814"/>
      </w:tblGrid>
      <w:tr w:rsidR="007D55DC" w:rsidRPr="00684097" w14:paraId="7BD1FD34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EBF30E" w14:textId="77777777" w:rsidR="007D55DC" w:rsidRPr="00684097" w:rsidRDefault="00186A76">
            <w:r w:rsidRPr="00684097">
              <w:t>1. Uzyskanie zgody zarządcy terenu na postawienie ambulansu.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D81CB5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1944BA27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EBAF99" w14:textId="77777777" w:rsidR="007D55DC" w:rsidRPr="00684097" w:rsidRDefault="00186A76">
            <w:r w:rsidRPr="00684097">
              <w:t>2. Zabezpieczenie miejsca postoju ambulansu zgodnego z zasadami ruchu drogowego.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BC563B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0BCC7836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A61DCA" w14:textId="77777777" w:rsidR="007D55DC" w:rsidRPr="00684097" w:rsidRDefault="00186A76">
            <w:r w:rsidRPr="00684097">
              <w:t>3. Zapewnienie utwardzonej nawierzchni (kostka, beton, kamień, asfalt).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D1D45C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5CDD1892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2C583B" w14:textId="77777777" w:rsidR="007D55DC" w:rsidRPr="00684097" w:rsidRDefault="00186A76">
            <w:r w:rsidRPr="00684097">
              <w:t>4. Zapewnienie swobodnego wjazdu i wyjazdu ambulansu z miejsca akcji.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419425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759D6CC9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047DAB" w14:textId="77777777" w:rsidR="007D55DC" w:rsidRPr="00684097" w:rsidRDefault="00186A76">
            <w:r w:rsidRPr="00684097">
              <w:lastRenderedPageBreak/>
              <w:t>5. Zapewnienie dostępności toalety.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55E0CA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0A4B2DD6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635F32" w14:textId="77777777" w:rsidR="007D55DC" w:rsidRPr="00684097" w:rsidRDefault="00186A76">
            <w:r w:rsidRPr="00684097">
              <w:t>6. Obecność Organizatora w czasie akcji lub wskazanie osoby zastępującej.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47C487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5E3F1ED1" w14:textId="7777777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2A2677" w14:textId="77777777" w:rsidR="007D55DC" w:rsidRPr="00684097" w:rsidRDefault="00186A76">
            <w:r w:rsidRPr="00684097">
              <w:t>7. Przesłanie 2–3 zdjęć miejsca postoju ambulansu.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124DCA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</w:tbl>
    <w:p w14:paraId="368E1477" w14:textId="0A799730" w:rsidR="007D55DC" w:rsidRPr="00684097" w:rsidRDefault="00186A76">
      <w:pPr>
        <w:spacing w:after="60"/>
      </w:pPr>
      <w:r w:rsidRPr="00684097">
        <w:rPr>
          <w:b/>
          <w:color w:val="243447"/>
        </w:rPr>
        <w:t>Warunki dodatkowe – akcja</w:t>
      </w:r>
      <w:r w:rsidR="001570E0">
        <w:rPr>
          <w:b/>
          <w:color w:val="243447"/>
        </w:rPr>
        <w:t xml:space="preserve"> w ambulansie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91"/>
        <w:gridCol w:w="1814"/>
      </w:tblGrid>
      <w:tr w:rsidR="007D55DC" w:rsidRPr="00684097" w14:paraId="301BFBBB" w14:textId="77777777" w:rsidTr="0068409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B3D939" w14:textId="77777777" w:rsidR="007D55DC" w:rsidRPr="00684097" w:rsidRDefault="00186A76">
            <w:r w:rsidRPr="00684097">
              <w:t>Dostęp do źródła prądu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A117D5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7D55DC" w:rsidRPr="00684097" w14:paraId="27E109F3" w14:textId="77777777" w:rsidTr="0068409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94F4FF" w14:textId="77777777" w:rsidR="007D55DC" w:rsidRPr="00684097" w:rsidRDefault="00186A76">
            <w:r w:rsidRPr="00684097">
              <w:t>Pomieszczenie do wypełniania kwestionariuszy (zalecane)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87C017" w14:textId="77777777" w:rsidR="007D55DC" w:rsidRPr="00684097" w:rsidRDefault="00186A76">
            <w:r w:rsidRPr="00684097">
              <w:t>☐</w:t>
            </w:r>
            <w:r w:rsidRPr="00684097">
              <w:t xml:space="preserve"> TAK   ☐ NIE</w:t>
            </w:r>
          </w:p>
        </w:tc>
      </w:tr>
      <w:tr w:rsidR="00684097" w:rsidRPr="00684097" w14:paraId="715E2291" w14:textId="77777777" w:rsidTr="0068409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476FB6" w14:textId="048DD155" w:rsidR="00684097" w:rsidRPr="00684097" w:rsidRDefault="00684097">
            <w:r w:rsidRPr="00684097">
              <w:t>Sprawne ogrzewanie</w:t>
            </w:r>
          </w:p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95A169" w14:textId="6D201A70" w:rsidR="00684097" w:rsidRPr="00684097" w:rsidRDefault="00684097">
            <w:r w:rsidRPr="00684097">
              <w:t>☐ TAK   ☐ NIE</w:t>
            </w:r>
          </w:p>
        </w:tc>
      </w:tr>
      <w:tr w:rsidR="00684097" w:rsidRPr="00684097" w14:paraId="1DD6EE76" w14:textId="77777777" w:rsidTr="00684097">
        <w:trPr>
          <w:cantSplit/>
          <w:jc w:val="center"/>
        </w:trPr>
        <w:tc>
          <w:tcPr>
            <w:tcW w:w="8391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610465" w14:textId="13125ED9" w:rsidR="00684097" w:rsidRPr="00684097" w:rsidRDefault="00684097"/>
        </w:tc>
        <w:tc>
          <w:tcPr>
            <w:tcW w:w="1814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F269EF" w14:textId="665CD98A" w:rsidR="00684097" w:rsidRPr="00684097" w:rsidRDefault="00684097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84"/>
      </w:tblGrid>
      <w:tr w:rsidR="007D55DC" w:rsidRPr="00684097" w14:paraId="27B5DC28" w14:textId="77777777">
        <w:trPr>
          <w:cantSplit/>
          <w:jc w:val="center"/>
        </w:trPr>
        <w:tc>
          <w:tcPr>
            <w:tcW w:w="10596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F8FAFC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986E96D" w14:textId="438FFBC7" w:rsidR="007D55DC" w:rsidRPr="00684097" w:rsidRDefault="00186A76">
            <w:r w:rsidRPr="00684097">
              <w:rPr>
                <w:b/>
                <w:color w:val="243447"/>
              </w:rPr>
              <w:t xml:space="preserve">Informacja techniczna: </w:t>
            </w:r>
            <w:r w:rsidRPr="00684097">
              <w:t xml:space="preserve">w przypadku akcji </w:t>
            </w:r>
            <w:r w:rsidR="00684097">
              <w:t xml:space="preserve">w ambulansie </w:t>
            </w:r>
            <w:r w:rsidRPr="00684097">
              <w:t>należy uwzględnić możliwość bezpiecznego postoju, wjazdu</w:t>
            </w:r>
            <w:r w:rsidR="00684097">
              <w:br/>
            </w:r>
            <w:r w:rsidRPr="00684097">
              <w:t xml:space="preserve"> i wyjazdu ambulansu oraz odpowiednią przestrzeń manewrową</w:t>
            </w:r>
            <w:r w:rsidR="00684097">
              <w:t>,</w:t>
            </w:r>
          </w:p>
        </w:tc>
      </w:tr>
    </w:tbl>
    <w:p w14:paraId="06CBB10B" w14:textId="15FD203E" w:rsidR="007D55DC" w:rsidRPr="00684097" w:rsidRDefault="008D17BE">
      <w:pPr>
        <w:spacing w:before="100" w:after="60"/>
      </w:pPr>
      <w:r>
        <w:rPr>
          <w:rFonts w:ascii="Segoe UI Semibold" w:eastAsia="Segoe UI Semibold" w:hAnsi="Segoe UI Semibold"/>
          <w:b/>
          <w:color w:val="243447"/>
          <w:sz w:val="21"/>
        </w:rPr>
        <w:t>5</w:t>
      </w:r>
      <w:r w:rsidR="00186A76" w:rsidRPr="00684097">
        <w:rPr>
          <w:rFonts w:ascii="Segoe UI Semibold" w:eastAsia="Segoe UI Semibold" w:hAnsi="Segoe UI Semibold"/>
          <w:b/>
          <w:color w:val="243447"/>
          <w:sz w:val="21"/>
        </w:rPr>
        <w:t>. UWAGI ORGANIZATORA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84"/>
      </w:tblGrid>
      <w:tr w:rsidR="007D55DC" w:rsidRPr="00684097" w14:paraId="56B626AC" w14:textId="77777777">
        <w:trPr>
          <w:cantSplit/>
          <w:jc w:val="center"/>
        </w:trPr>
        <w:tc>
          <w:tcPr>
            <w:tcW w:w="10596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53A38D" w14:textId="77777777" w:rsidR="007D55DC" w:rsidRPr="00684097" w:rsidRDefault="00186A76">
            <w:r w:rsidRPr="00684097">
              <w:t>................................................................................................................................................</w:t>
            </w:r>
            <w:r w:rsidRPr="00684097">
              <w:br/>
            </w:r>
            <w:r w:rsidRPr="00684097">
              <w:t>................................................................................................................................................</w:t>
            </w:r>
            <w:r w:rsidRPr="00684097">
              <w:br/>
              <w:t>................................................................................................................................................</w:t>
            </w:r>
            <w:r w:rsidRPr="00684097">
              <w:br/>
              <w:t>................................................................................................................................................</w:t>
            </w:r>
            <w:r w:rsidRPr="00684097">
              <w:br/>
            </w:r>
          </w:p>
        </w:tc>
      </w:tr>
    </w:tbl>
    <w:p w14:paraId="24F67525" w14:textId="3B022D54" w:rsidR="007D55DC" w:rsidRPr="00684097" w:rsidRDefault="008D17BE">
      <w:pPr>
        <w:spacing w:before="100" w:after="60"/>
      </w:pPr>
      <w:r>
        <w:rPr>
          <w:rFonts w:ascii="Segoe UI Semibold" w:eastAsia="Segoe UI Semibold" w:hAnsi="Segoe UI Semibold"/>
          <w:b/>
          <w:color w:val="243447"/>
          <w:sz w:val="21"/>
        </w:rPr>
        <w:t>6</w:t>
      </w:r>
      <w:r w:rsidR="00186A76" w:rsidRPr="00684097">
        <w:rPr>
          <w:rFonts w:ascii="Segoe UI Semibold" w:eastAsia="Segoe UI Semibold" w:hAnsi="Segoe UI Semibold"/>
          <w:b/>
          <w:color w:val="243447"/>
          <w:sz w:val="21"/>
        </w:rPr>
        <w:t>. POTWIERDZENIE ZGŁOSZENIA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7D55DC" w:rsidRPr="00684097" w14:paraId="13B7BDAD" w14:textId="77777777">
        <w:trPr>
          <w:cantSplit/>
          <w:jc w:val="center"/>
        </w:trPr>
        <w:tc>
          <w:tcPr>
            <w:tcW w:w="5102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EEF3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DF8CC0F" w14:textId="77777777" w:rsidR="007D55DC" w:rsidRPr="00684097" w:rsidRDefault="00186A76">
            <w:r w:rsidRPr="00684097">
              <w:rPr>
                <w:b/>
              </w:rPr>
              <w:t>Data i podpis Organizatora</w:t>
            </w:r>
          </w:p>
        </w:tc>
        <w:tc>
          <w:tcPr>
            <w:tcW w:w="5102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shd w:val="clear" w:color="auto" w:fill="EEF3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CB91717" w14:textId="77777777" w:rsidR="007D55DC" w:rsidRPr="00684097" w:rsidRDefault="00186A76">
            <w:r w:rsidRPr="00684097">
              <w:rPr>
                <w:b/>
              </w:rPr>
              <w:t>Data i akceptacja pracownika RCKiK Opole</w:t>
            </w:r>
          </w:p>
        </w:tc>
      </w:tr>
      <w:tr w:rsidR="007D55DC" w:rsidRPr="00684097" w14:paraId="254CF64D" w14:textId="77777777">
        <w:trPr>
          <w:cantSplit/>
          <w:jc w:val="center"/>
        </w:trPr>
        <w:tc>
          <w:tcPr>
            <w:tcW w:w="5102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AF4541E" w14:textId="77777777" w:rsidR="007D55DC" w:rsidRPr="00684097" w:rsidRDefault="00186A76">
            <w:r w:rsidRPr="00684097">
              <w:br/>
              <w:t>........................................................</w:t>
            </w:r>
            <w:r w:rsidRPr="00684097">
              <w:br/>
            </w:r>
            <w:r w:rsidRPr="00684097">
              <w:rPr>
                <w:sz w:val="16"/>
              </w:rPr>
              <w:t>podpis</w:t>
            </w:r>
          </w:p>
        </w:tc>
        <w:tc>
          <w:tcPr>
            <w:tcW w:w="5102" w:type="dxa"/>
            <w:tcBorders>
              <w:top w:val="single" w:sz="5" w:space="0" w:color="CDD7E0"/>
              <w:left w:val="single" w:sz="5" w:space="0" w:color="CDD7E0"/>
              <w:bottom w:val="single" w:sz="5" w:space="0" w:color="CDD7E0"/>
              <w:right w:val="single" w:sz="5" w:space="0" w:color="CDD7E0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A4BB433" w14:textId="77777777" w:rsidR="007D55DC" w:rsidRPr="00684097" w:rsidRDefault="00186A76">
            <w:r w:rsidRPr="00684097">
              <w:br/>
              <w:t>........................................................</w:t>
            </w:r>
            <w:r w:rsidRPr="00684097">
              <w:br/>
            </w:r>
            <w:r w:rsidRPr="00684097">
              <w:rPr>
                <w:sz w:val="16"/>
              </w:rPr>
              <w:t>podpis</w:t>
            </w:r>
          </w:p>
        </w:tc>
      </w:tr>
    </w:tbl>
    <w:p w14:paraId="14919F6C" w14:textId="77777777" w:rsidR="00A123CB" w:rsidRDefault="00A123CB"/>
    <w:sectPr w:rsidR="00A123CB" w:rsidSect="00034616">
      <w:headerReference w:type="default" r:id="rId8"/>
      <w:footerReference w:type="default" r:id="rId9"/>
      <w:pgSz w:w="12240" w:h="15840"/>
      <w:pgMar w:top="680" w:right="822" w:bottom="652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F4B8D" w14:textId="77777777" w:rsidR="00186A76" w:rsidRPr="00684097" w:rsidRDefault="00186A76">
      <w:pPr>
        <w:spacing w:after="0" w:line="240" w:lineRule="auto"/>
      </w:pPr>
      <w:r w:rsidRPr="00684097">
        <w:separator/>
      </w:r>
    </w:p>
  </w:endnote>
  <w:endnote w:type="continuationSeparator" w:id="0">
    <w:p w14:paraId="6EE7EA3E" w14:textId="77777777" w:rsidR="00186A76" w:rsidRPr="00684097" w:rsidRDefault="00186A76">
      <w:pPr>
        <w:spacing w:after="0" w:line="240" w:lineRule="auto"/>
      </w:pPr>
      <w:r w:rsidRPr="006840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2FFA9" w14:textId="292CCE64" w:rsidR="007D55DC" w:rsidRPr="00684097" w:rsidRDefault="00186A76" w:rsidP="00684097">
    <w:pPr>
      <w:pStyle w:val="Stopka"/>
      <w:tabs>
        <w:tab w:val="left" w:pos="9781"/>
      </w:tabs>
      <w:jc w:val="center"/>
    </w:pPr>
    <w:r w:rsidRPr="00684097">
      <w:rPr>
        <w:color w:val="667788"/>
        <w:sz w:val="15"/>
      </w:rPr>
      <w:t xml:space="preserve">RCKiK w Opolu  •  Formularz dla </w:t>
    </w:r>
    <w:r w:rsidR="00684097">
      <w:rPr>
        <w:color w:val="667788"/>
        <w:sz w:val="15"/>
      </w:rPr>
      <w:t>o</w:t>
    </w:r>
    <w:r w:rsidRPr="00684097">
      <w:rPr>
        <w:color w:val="667788"/>
        <w:sz w:val="15"/>
      </w:rPr>
      <w:t xml:space="preserve">rganizatora akcji krwiodawstwa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09CBA" w14:textId="77777777" w:rsidR="00186A76" w:rsidRPr="00684097" w:rsidRDefault="00186A76">
      <w:pPr>
        <w:spacing w:after="0" w:line="240" w:lineRule="auto"/>
      </w:pPr>
      <w:r w:rsidRPr="00684097">
        <w:separator/>
      </w:r>
    </w:p>
  </w:footnote>
  <w:footnote w:type="continuationSeparator" w:id="0">
    <w:p w14:paraId="7BC38845" w14:textId="77777777" w:rsidR="00186A76" w:rsidRPr="00684097" w:rsidRDefault="00186A76">
      <w:pPr>
        <w:spacing w:after="0" w:line="240" w:lineRule="auto"/>
      </w:pPr>
      <w:r w:rsidRPr="006840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57249" w14:textId="0377AC3E" w:rsidR="001570E0" w:rsidRDefault="001570E0">
    <w:pPr>
      <w:pStyle w:val="Nagwek"/>
    </w:pPr>
    <w:r w:rsidRPr="001570E0">
      <w:rPr>
        <w:noProof/>
      </w:rPr>
      <w:drawing>
        <wp:inline distT="0" distB="0" distL="0" distR="0" wp14:anchorId="2117780E" wp14:editId="091E7CF2">
          <wp:extent cx="6868027" cy="1104900"/>
          <wp:effectExtent l="0" t="0" r="0" b="0"/>
          <wp:docPr id="15125657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8332" cy="1114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7333972">
    <w:abstractNumId w:val="8"/>
  </w:num>
  <w:num w:numId="2" w16cid:durableId="64762297">
    <w:abstractNumId w:val="6"/>
  </w:num>
  <w:num w:numId="3" w16cid:durableId="1700354264">
    <w:abstractNumId w:val="5"/>
  </w:num>
  <w:num w:numId="4" w16cid:durableId="2069962289">
    <w:abstractNumId w:val="4"/>
  </w:num>
  <w:num w:numId="5" w16cid:durableId="2069840888">
    <w:abstractNumId w:val="7"/>
  </w:num>
  <w:num w:numId="6" w16cid:durableId="1206985765">
    <w:abstractNumId w:val="3"/>
  </w:num>
  <w:num w:numId="7" w16cid:durableId="840898213">
    <w:abstractNumId w:val="2"/>
  </w:num>
  <w:num w:numId="8" w16cid:durableId="1234773378">
    <w:abstractNumId w:val="1"/>
  </w:num>
  <w:num w:numId="9" w16cid:durableId="28382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70E0"/>
    <w:rsid w:val="00186A76"/>
    <w:rsid w:val="0029639D"/>
    <w:rsid w:val="002A7A1F"/>
    <w:rsid w:val="00326F90"/>
    <w:rsid w:val="005030E7"/>
    <w:rsid w:val="00684097"/>
    <w:rsid w:val="007D55DC"/>
    <w:rsid w:val="008D17BE"/>
    <w:rsid w:val="00A123C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49EBB1"/>
  <w14:defaultImageDpi w14:val="300"/>
  <w15:docId w15:val="{D168AB0F-9A2A-4DA1-8D12-43C0189DC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Segoe UI" w:eastAsia="Segoe UI" w:hAnsi="Segoe UI"/>
      <w:color w:val="333333"/>
      <w:sz w:val="19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515</Words>
  <Characters>3095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 Feret</cp:lastModifiedBy>
  <cp:revision>3</cp:revision>
  <cp:lastPrinted>2026-09-18T10:15:00Z</cp:lastPrinted>
  <dcterms:created xsi:type="dcterms:W3CDTF">2026-09-18T10:06:00Z</dcterms:created>
  <dcterms:modified xsi:type="dcterms:W3CDTF">2026-09-18T10:15:00Z</dcterms:modified>
  <cp:category/>
</cp:coreProperties>
</file>